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6D1B9E" w14:paraId="3D5E5CF8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DCEAF1"/>
            <w:tcMar>
              <w:top w:w="220" w:type="dxa"/>
              <w:left w:w="160" w:type="dxa"/>
              <w:bottom w:w="220" w:type="dxa"/>
              <w:right w:w="160" w:type="dxa"/>
            </w:tcMar>
          </w:tcPr>
          <w:p w14:paraId="13B6917C" w14:textId="77777777" w:rsidR="006D1B9E" w:rsidRDefault="00000000">
            <w:pPr>
              <w:spacing w:after="60"/>
            </w:pPr>
            <w:r>
              <w:rPr>
                <w:b/>
                <w:sz w:val="24"/>
              </w:rPr>
              <w:t xml:space="preserve">[Tema / </w:t>
            </w:r>
            <w:proofErr w:type="spellStart"/>
            <w:r>
              <w:rPr>
                <w:b/>
                <w:sz w:val="24"/>
              </w:rPr>
              <w:t>kapittel</w:t>
            </w:r>
            <w:proofErr w:type="spellEnd"/>
            <w:r>
              <w:rPr>
                <w:b/>
                <w:sz w:val="24"/>
              </w:rPr>
              <w:t>]</w:t>
            </w:r>
          </w:p>
          <w:p w14:paraId="5DF8034F" w14:textId="77777777" w:rsidR="006D1B9E" w:rsidRDefault="00000000">
            <w:pPr>
              <w:spacing w:after="0"/>
            </w:pPr>
            <w:r>
              <w:rPr>
                <w:b/>
                <w:sz w:val="40"/>
              </w:rPr>
              <w:t>Individuell oppgave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DCEAF1"/>
            <w:tcMar>
              <w:top w:w="220" w:type="dxa"/>
              <w:left w:w="160" w:type="dxa"/>
              <w:bottom w:w="220" w:type="dxa"/>
              <w:right w:w="160" w:type="dxa"/>
            </w:tcMar>
            <w:vAlign w:val="center"/>
          </w:tcPr>
          <w:p w14:paraId="0EA3CF8F" w14:textId="77777777" w:rsidR="006D1B9E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0C03F59" wp14:editId="7A4B2C45">
                  <wp:extent cx="1116000" cy="1116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lar_logo_square_transparent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1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54993C" w14:textId="77777777" w:rsidR="002B7F6C" w:rsidRDefault="002B7F6C">
      <w:pPr>
        <w:spacing w:after="0"/>
        <w:rPr>
          <w:b/>
          <w:lang w:val="nb-NO"/>
        </w:rPr>
      </w:pPr>
    </w:p>
    <w:p w14:paraId="68215C86" w14:textId="1095F13E" w:rsidR="006D1B9E" w:rsidRPr="009073E0" w:rsidRDefault="00000000">
      <w:pPr>
        <w:spacing w:after="0"/>
        <w:rPr>
          <w:lang w:val="nb-NO"/>
        </w:rPr>
      </w:pPr>
      <w:r w:rsidRPr="009073E0">
        <w:rPr>
          <w:b/>
          <w:lang w:val="nb-NO"/>
        </w:rPr>
        <w:t>Oppgave 1: Skriv riktig fagord til riktig forklaring.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6D1B9E" w14:paraId="404FF540" w14:textId="77777777">
        <w:trPr>
          <w:jc w:val="center"/>
        </w:trPr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2E776FD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fagord</w:t>
            </w:r>
            <w:proofErr w:type="spellEnd"/>
            <w:r>
              <w:rPr>
                <w:sz w:val="20"/>
              </w:rPr>
              <w:t>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4CCC0D8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E0EFEC1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</w:tr>
      <w:tr w:rsidR="006D1B9E" w14:paraId="569E5418" w14:textId="77777777">
        <w:trPr>
          <w:jc w:val="center"/>
        </w:trPr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680687F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735BE95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3DD29EE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</w:tr>
      <w:tr w:rsidR="006D1B9E" w14:paraId="48582C36" w14:textId="77777777">
        <w:trPr>
          <w:jc w:val="center"/>
        </w:trPr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30D053F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58F0445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  <w:tc>
          <w:tcPr>
            <w:tcW w:w="3213" w:type="dxa"/>
            <w:tcBorders>
              <w:top w:val="single" w:sz="10" w:space="0" w:color="222222"/>
              <w:left w:val="single" w:sz="10" w:space="0" w:color="222222"/>
              <w:bottom w:val="single" w:sz="10" w:space="0" w:color="222222"/>
              <w:right w:val="single" w:sz="10" w:space="0" w:color="222222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AA3C8BA" w14:textId="77777777" w:rsidR="006D1B9E" w:rsidRDefault="00000000">
            <w:pPr>
              <w:spacing w:after="0"/>
              <w:jc w:val="center"/>
            </w:pPr>
            <w:r>
              <w:rPr>
                <w:sz w:val="20"/>
              </w:rPr>
              <w:t>[fagord]</w:t>
            </w:r>
          </w:p>
        </w:tc>
      </w:tr>
    </w:tbl>
    <w:p w14:paraId="79A4E6A2" w14:textId="77777777" w:rsidR="006D1B9E" w:rsidRDefault="006D1B9E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1B9E" w:rsidRPr="009073E0" w14:paraId="5BE5BAC3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630DEF2" w14:textId="761929D2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>1. ____________________ [skriv forklaring her].</w:t>
            </w:r>
          </w:p>
        </w:tc>
      </w:tr>
      <w:tr w:rsidR="006D1B9E" w:rsidRPr="009073E0" w14:paraId="3FBE1988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73AA44F" w14:textId="46AA4F03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2.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6DE6D1FB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AE63E09" w14:textId="104FAB09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3.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21DDC382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B128DFB" w14:textId="391A5898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4.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09D5BB29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3A2063A" w14:textId="3200A0F3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5.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473E2989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779D06F" w14:textId="62E67901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6.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55AF40FD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6CC463C" w14:textId="71DE2025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7.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716AEBA1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F5D17E8" w14:textId="775461A2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8.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  <w:tr w:rsidR="006D1B9E" w:rsidRPr="009073E0" w14:paraId="4C5C950B" w14:textId="77777777">
        <w:trPr>
          <w:jc w:val="center"/>
        </w:trPr>
        <w:tc>
          <w:tcPr>
            <w:tcW w:w="9638" w:type="dxa"/>
            <w:tcBorders>
              <w:top w:val="single" w:sz="9" w:space="0" w:color="222222"/>
              <w:left w:val="single" w:sz="9" w:space="0" w:color="222222"/>
              <w:bottom w:val="single" w:sz="9" w:space="0" w:color="222222"/>
              <w:right w:val="single" w:sz="9" w:space="0" w:color="222222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DDE8337" w14:textId="5A0135DA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8"/>
                <w:lang w:val="nb-NO"/>
              </w:rPr>
              <w:t xml:space="preserve">9. </w:t>
            </w:r>
            <w:r w:rsidR="009073E0" w:rsidRPr="009073E0">
              <w:rPr>
                <w:sz w:val="18"/>
                <w:lang w:val="nb-NO"/>
              </w:rPr>
              <w:t>____________________ [skriv forklaring her].</w:t>
            </w:r>
          </w:p>
        </w:tc>
      </w:tr>
    </w:tbl>
    <w:p w14:paraId="16CEAC74" w14:textId="77777777" w:rsidR="006D1B9E" w:rsidRPr="009073E0" w:rsidRDefault="00000000">
      <w:pPr>
        <w:rPr>
          <w:lang w:val="nb-NO"/>
        </w:rPr>
      </w:pPr>
      <w:r w:rsidRPr="009073E0">
        <w:rPr>
          <w:lang w:val="nb-NO"/>
        </w:rPr>
        <w:br w:type="page"/>
      </w:r>
    </w:p>
    <w:p w14:paraId="11BA8F5F" w14:textId="77777777" w:rsidR="006D1B9E" w:rsidRDefault="00000000">
      <w:pPr>
        <w:spacing w:after="160"/>
        <w:rPr>
          <w:b/>
          <w:sz w:val="22"/>
          <w:lang w:val="nb-NO"/>
        </w:rPr>
      </w:pPr>
      <w:r w:rsidRPr="009073E0">
        <w:rPr>
          <w:b/>
          <w:sz w:val="22"/>
          <w:lang w:val="nb-NO"/>
        </w:rPr>
        <w:lastRenderedPageBreak/>
        <w:t>Oppgave 2: Sett strek mellom riktig fagord og bilde.</w:t>
      </w:r>
    </w:p>
    <w:p w14:paraId="44D54266" w14:textId="77777777" w:rsidR="002B7F6C" w:rsidRDefault="002B7F6C">
      <w:pPr>
        <w:spacing w:after="160"/>
        <w:rPr>
          <w:b/>
          <w:sz w:val="22"/>
          <w:lang w:val="nb-NO"/>
        </w:rPr>
      </w:pPr>
    </w:p>
    <w:p w14:paraId="5B735C50" w14:textId="016A4229" w:rsidR="002B7F6C" w:rsidRDefault="002B7F6C">
      <w:pPr>
        <w:spacing w:after="160"/>
        <w:rPr>
          <w:b/>
          <w:sz w:val="22"/>
          <w:lang w:val="nb-NO"/>
        </w:rPr>
      </w:pPr>
      <w:r>
        <w:rPr>
          <w:b/>
          <w:sz w:val="22"/>
          <w:lang w:val="nb-NO"/>
        </w:rPr>
        <w:t>Velg 8 bilder og 8 fagord</w:t>
      </w:r>
    </w:p>
    <w:p w14:paraId="0A08D9BE" w14:textId="77777777" w:rsidR="002B7F6C" w:rsidRPr="009073E0" w:rsidRDefault="002B7F6C">
      <w:pPr>
        <w:spacing w:after="160"/>
        <w:rPr>
          <w:lang w:val="nb-N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4082"/>
        <w:gridCol w:w="2608"/>
      </w:tblGrid>
      <w:tr w:rsidR="006D1B9E" w14:paraId="656CF528" w14:textId="77777777"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AEFF3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41F35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  <w:p w14:paraId="7ADE1D9A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2859F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5293D35D" w14:textId="77777777"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5FBEA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E0791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  <w:p w14:paraId="69950B0F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61FEF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622E173A" w14:textId="77777777"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071D4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B79BA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  <w:p w14:paraId="5A39B8C0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171F7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1014D1A6" w14:textId="77777777">
        <w:trPr>
          <w:jc w:val="center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DE7B6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EEA36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  <w:p w14:paraId="6A9C0330" w14:textId="77777777" w:rsidR="006D1B9E" w:rsidRDefault="00000000">
            <w:pPr>
              <w:spacing w:after="0"/>
              <w:jc w:val="center"/>
            </w:pPr>
            <w:r>
              <w:rPr>
                <w:b/>
              </w:rPr>
              <w:t>[fagord]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34617" w14:textId="77777777" w:rsidR="006D1B9E" w:rsidRDefault="00000000">
            <w:pPr>
              <w:spacing w:before="280" w:after="28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</w:tbl>
    <w:p w14:paraId="09BB995C" w14:textId="77777777" w:rsidR="006D1B9E" w:rsidRDefault="00000000">
      <w:r>
        <w:br w:type="page"/>
      </w:r>
    </w:p>
    <w:p w14:paraId="7CF71FE8" w14:textId="77777777" w:rsidR="006D1B9E" w:rsidRDefault="00000000">
      <w:pPr>
        <w:spacing w:after="160"/>
      </w:pPr>
      <w:r>
        <w:rPr>
          <w:b/>
          <w:sz w:val="22"/>
        </w:rPr>
        <w:lastRenderedPageBreak/>
        <w:t>Oppgave 3: Skriv forklaringen.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0"/>
        <w:gridCol w:w="3005"/>
      </w:tblGrid>
      <w:tr w:rsidR="006D1B9E" w14:paraId="21C5DBF6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2F8FFE0B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20"/>
                <w:lang w:val="nb-NO"/>
              </w:rPr>
              <w:t>a) Finn fagordet «[fagord]».</w:t>
            </w:r>
            <w:r w:rsidRPr="009073E0">
              <w:rPr>
                <w:sz w:val="20"/>
                <w:lang w:val="nb-NO"/>
              </w:rPr>
              <w:br/>
              <w:t>Skriv forklaringen.</w:t>
            </w:r>
          </w:p>
          <w:p w14:paraId="4211C217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3E4FBAE1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13C1315E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758F9EA3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66267248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3B0E3AC1" w14:textId="77777777" w:rsidR="009073E0" w:rsidRDefault="009073E0">
            <w:pPr>
              <w:spacing w:after="0"/>
              <w:rPr>
                <w:sz w:val="20"/>
                <w:lang w:val="nb-NO"/>
              </w:rPr>
            </w:pPr>
          </w:p>
          <w:p w14:paraId="3E9432E0" w14:textId="1A07DF4D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20"/>
                <w:lang w:val="nb-NO"/>
              </w:rPr>
              <w:t>b) Finn fagordet «[fagord]».</w:t>
            </w:r>
            <w:r w:rsidRPr="009073E0">
              <w:rPr>
                <w:sz w:val="20"/>
                <w:lang w:val="nb-NO"/>
              </w:rPr>
              <w:br/>
              <w:t>Skriv forklaringen.</w:t>
            </w:r>
          </w:p>
          <w:p w14:paraId="5670924A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37A915B2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6CB22E52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AA7E5C5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1DAA3484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517F9E7A" w14:textId="77777777" w:rsidR="009073E0" w:rsidRDefault="009073E0">
            <w:pPr>
              <w:spacing w:after="0"/>
              <w:rPr>
                <w:sz w:val="20"/>
                <w:lang w:val="nb-NO"/>
              </w:rPr>
            </w:pPr>
          </w:p>
          <w:p w14:paraId="6BFB2B71" w14:textId="2BF0D748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20"/>
                <w:lang w:val="nb-NO"/>
              </w:rPr>
              <w:t>c) Finn fagordet «[fagord]».</w:t>
            </w:r>
            <w:r w:rsidRPr="009073E0">
              <w:rPr>
                <w:sz w:val="20"/>
                <w:lang w:val="nb-NO"/>
              </w:rPr>
              <w:br/>
              <w:t>Skriv forklaringen.</w:t>
            </w:r>
          </w:p>
          <w:p w14:paraId="1DBE6E7C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2DA15C32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225AB924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D7D5ECA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153BB85F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2B05418B" w14:textId="77777777" w:rsidR="009073E0" w:rsidRDefault="009073E0">
            <w:pPr>
              <w:spacing w:after="0"/>
              <w:rPr>
                <w:sz w:val="20"/>
                <w:lang w:val="nb-NO"/>
              </w:rPr>
            </w:pPr>
          </w:p>
          <w:p w14:paraId="25AD6A38" w14:textId="27EF8670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20"/>
                <w:lang w:val="nb-NO"/>
              </w:rPr>
              <w:t>d) Finn fagordet «[fagord]».</w:t>
            </w:r>
            <w:r w:rsidRPr="009073E0">
              <w:rPr>
                <w:sz w:val="20"/>
                <w:lang w:val="nb-NO"/>
              </w:rPr>
              <w:br/>
              <w:t>Skriv forklaringen.</w:t>
            </w:r>
          </w:p>
          <w:p w14:paraId="08D0BE03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4B16407F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2FB525F3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537D9EA3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530C0FD3" w14:textId="77777777">
        <w:trPr>
          <w:jc w:val="center"/>
        </w:trPr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1A2AB7BD" w14:textId="77777777" w:rsidR="009073E0" w:rsidRDefault="009073E0">
            <w:pPr>
              <w:spacing w:after="0"/>
              <w:rPr>
                <w:sz w:val="20"/>
                <w:lang w:val="nb-NO"/>
              </w:rPr>
            </w:pPr>
          </w:p>
          <w:p w14:paraId="2F1CD03B" w14:textId="03B03696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20"/>
                <w:lang w:val="nb-NO"/>
              </w:rPr>
              <w:t>e) Finn fagordet «[fagord]».</w:t>
            </w:r>
            <w:r w:rsidRPr="009073E0">
              <w:rPr>
                <w:sz w:val="20"/>
                <w:lang w:val="nb-NO"/>
              </w:rPr>
              <w:br/>
              <w:t>Skriv forklaringen.</w:t>
            </w:r>
          </w:p>
          <w:p w14:paraId="7F6D385A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1C17DB7E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  <w:p w14:paraId="5A4C41EB" w14:textId="77777777" w:rsidR="006D1B9E" w:rsidRDefault="00000000">
            <w:pPr>
              <w:spacing w:after="0"/>
            </w:pPr>
            <w:r>
              <w:rPr>
                <w:sz w:val="18"/>
              </w:rPr>
              <w:t>_____________________________________________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3A89C9B6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</w:tbl>
    <w:p w14:paraId="10C80126" w14:textId="77777777" w:rsidR="006D1B9E" w:rsidRDefault="00000000">
      <w:r>
        <w:br w:type="page"/>
      </w:r>
    </w:p>
    <w:p w14:paraId="63E0CD11" w14:textId="77777777" w:rsidR="006D1B9E" w:rsidRDefault="00000000">
      <w:pPr>
        <w:spacing w:after="100"/>
      </w:pPr>
      <w:r>
        <w:rPr>
          <w:b/>
          <w:sz w:val="22"/>
        </w:rPr>
        <w:lastRenderedPageBreak/>
        <w:t>Oppgave 4: Skriv en tekst.</w:t>
      </w:r>
    </w:p>
    <w:p w14:paraId="42280335" w14:textId="77777777" w:rsidR="006D1B9E" w:rsidRPr="009073E0" w:rsidRDefault="00000000">
      <w:pPr>
        <w:spacing w:after="0"/>
        <w:ind w:left="227"/>
        <w:rPr>
          <w:lang w:val="nb-NO"/>
        </w:rPr>
      </w:pPr>
      <w:r w:rsidRPr="009073E0">
        <w:rPr>
          <w:sz w:val="20"/>
          <w:lang w:val="nb-NO"/>
        </w:rPr>
        <w:t>• Du skal skrive en enkel tekst på [antall] ord.</w:t>
      </w:r>
    </w:p>
    <w:p w14:paraId="140FCFAA" w14:textId="77777777" w:rsidR="006D1B9E" w:rsidRPr="009073E0" w:rsidRDefault="00000000">
      <w:pPr>
        <w:spacing w:after="0"/>
        <w:ind w:left="227"/>
        <w:rPr>
          <w:lang w:val="nb-NO"/>
        </w:rPr>
      </w:pPr>
      <w:r w:rsidRPr="009073E0">
        <w:rPr>
          <w:sz w:val="20"/>
          <w:lang w:val="nb-NO"/>
        </w:rPr>
        <w:t>• Du skal bruke [antall] fagord eller flere.</w:t>
      </w:r>
    </w:p>
    <w:p w14:paraId="3D9E6435" w14:textId="19A14B12" w:rsidR="006D1B9E" w:rsidRDefault="00000000">
      <w:pPr>
        <w:spacing w:after="0"/>
        <w:ind w:left="227"/>
        <w:rPr>
          <w:sz w:val="20"/>
          <w:lang w:val="nb-NO"/>
        </w:rPr>
      </w:pPr>
      <w:r w:rsidRPr="009073E0">
        <w:rPr>
          <w:sz w:val="20"/>
          <w:lang w:val="nb-NO"/>
        </w:rPr>
        <w:t>• Velg oppgave a)</w:t>
      </w:r>
      <w:r w:rsidR="009073E0">
        <w:rPr>
          <w:sz w:val="20"/>
          <w:lang w:val="nb-NO"/>
        </w:rPr>
        <w:t xml:space="preserve"> eller</w:t>
      </w:r>
      <w:r w:rsidRPr="009073E0">
        <w:rPr>
          <w:sz w:val="20"/>
          <w:lang w:val="nb-NO"/>
        </w:rPr>
        <w:t xml:space="preserve"> b).</w:t>
      </w:r>
    </w:p>
    <w:p w14:paraId="65EE2C88" w14:textId="77777777" w:rsidR="009073E0" w:rsidRPr="009073E0" w:rsidRDefault="009073E0">
      <w:pPr>
        <w:spacing w:after="0"/>
        <w:ind w:left="227"/>
        <w:rPr>
          <w:lang w:val="nb-N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6D1B9E" w14:paraId="4C25A5DA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0" w:type="dxa"/>
              <w:bottom w:w="100" w:type="dxa"/>
              <w:right w:w="70" w:type="dxa"/>
            </w:tcMar>
          </w:tcPr>
          <w:p w14:paraId="0077089E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b/>
                <w:lang w:val="nb-NO"/>
              </w:rPr>
              <w:t>a) [Skriv oppgavetekst her]</w:t>
            </w:r>
          </w:p>
          <w:p w14:paraId="71925430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9"/>
                <w:lang w:val="nb-NO"/>
              </w:rPr>
              <w:t>• Eksempler på fagord som du kan bruke: [fagord], [fagord], [fagord] ...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20" w:type="dxa"/>
              <w:left w:w="70" w:type="dxa"/>
              <w:bottom w:w="100" w:type="dxa"/>
              <w:right w:w="70" w:type="dxa"/>
            </w:tcMar>
          </w:tcPr>
          <w:p w14:paraId="15B49786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  <w:tr w:rsidR="006D1B9E" w14:paraId="1751E3A4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0" w:type="dxa"/>
              <w:bottom w:w="100" w:type="dxa"/>
              <w:right w:w="70" w:type="dxa"/>
            </w:tcMar>
          </w:tcPr>
          <w:p w14:paraId="5B58828C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b/>
                <w:lang w:val="nb-NO"/>
              </w:rPr>
              <w:t>b) [Skriv oppgavetekst her]</w:t>
            </w:r>
          </w:p>
          <w:p w14:paraId="6D951357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sz w:val="19"/>
                <w:lang w:val="nb-NO"/>
              </w:rPr>
              <w:t>• Eksempler på fagord som du kan bruke: [fagord], [fagord], [fagord] ...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tcMar>
              <w:top w:w="120" w:type="dxa"/>
              <w:left w:w="70" w:type="dxa"/>
              <w:bottom w:w="100" w:type="dxa"/>
              <w:right w:w="70" w:type="dxa"/>
            </w:tcMar>
          </w:tcPr>
          <w:p w14:paraId="0B13F2AF" w14:textId="77777777" w:rsidR="006D1B9E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>SETT INN</w:t>
            </w:r>
            <w:r>
              <w:rPr>
                <w:b/>
                <w:sz w:val="18"/>
              </w:rPr>
              <w:br/>
              <w:t>BILDE</w:t>
            </w:r>
          </w:p>
        </w:tc>
      </w:tr>
    </w:tbl>
    <w:p w14:paraId="3B96C9AB" w14:textId="77777777" w:rsidR="006D1B9E" w:rsidRDefault="006D1B9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1B9E" w14:paraId="7971C9A2" w14:textId="77777777" w:rsidTr="009073E0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CFE5E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CEAB277" w14:textId="77777777" w:rsidR="006D1B9E" w:rsidRPr="009073E0" w:rsidRDefault="00000000">
            <w:pPr>
              <w:spacing w:after="0"/>
              <w:rPr>
                <w:lang w:val="nb-NO"/>
              </w:rPr>
            </w:pPr>
            <w:r w:rsidRPr="009073E0">
              <w:rPr>
                <w:b/>
                <w:sz w:val="19"/>
                <w:lang w:val="nb-NO"/>
              </w:rPr>
              <w:t>Du kan også bruke andre viktige fagord fra KLAR app:</w:t>
            </w:r>
          </w:p>
          <w:p w14:paraId="62CD4F8D" w14:textId="77777777" w:rsidR="006D1B9E" w:rsidRDefault="00000000">
            <w:pPr>
              <w:spacing w:after="0"/>
            </w:pPr>
            <w:r>
              <w:rPr>
                <w:sz w:val="19"/>
              </w:rPr>
              <w:t>[</w:t>
            </w:r>
            <w:proofErr w:type="spellStart"/>
            <w:r>
              <w:rPr>
                <w:sz w:val="19"/>
              </w:rPr>
              <w:t>fagord</w:t>
            </w:r>
            <w:proofErr w:type="spellEnd"/>
            <w:r>
              <w:rPr>
                <w:sz w:val="19"/>
              </w:rPr>
              <w:t>], [</w:t>
            </w:r>
            <w:proofErr w:type="spellStart"/>
            <w:r>
              <w:rPr>
                <w:sz w:val="19"/>
              </w:rPr>
              <w:t>fagord</w:t>
            </w:r>
            <w:proofErr w:type="spellEnd"/>
            <w:r>
              <w:rPr>
                <w:sz w:val="19"/>
              </w:rPr>
              <w:t>], [</w:t>
            </w:r>
            <w:proofErr w:type="spellStart"/>
            <w:r>
              <w:rPr>
                <w:sz w:val="19"/>
              </w:rPr>
              <w:t>fagord</w:t>
            </w:r>
            <w:proofErr w:type="spellEnd"/>
            <w:r>
              <w:rPr>
                <w:sz w:val="19"/>
              </w:rPr>
              <w:t>], [</w:t>
            </w:r>
            <w:proofErr w:type="spellStart"/>
            <w:r>
              <w:rPr>
                <w:sz w:val="19"/>
              </w:rPr>
              <w:t>fagord</w:t>
            </w:r>
            <w:proofErr w:type="spellEnd"/>
            <w:r>
              <w:rPr>
                <w:sz w:val="19"/>
              </w:rPr>
              <w:t>] ...</w:t>
            </w:r>
          </w:p>
        </w:tc>
      </w:tr>
    </w:tbl>
    <w:p w14:paraId="1D513DE5" w14:textId="77777777" w:rsidR="00025547" w:rsidRDefault="00025547"/>
    <w:sectPr w:rsidR="00025547" w:rsidSect="00034616">
      <w:footerReference w:type="default" r:id="rId9"/>
      <w:pgSz w:w="11906" w:h="16838"/>
      <w:pgMar w:top="907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3BA5" w14:textId="77777777" w:rsidR="00025547" w:rsidRDefault="00025547">
      <w:pPr>
        <w:spacing w:after="0" w:line="240" w:lineRule="auto"/>
      </w:pPr>
      <w:r>
        <w:separator/>
      </w:r>
    </w:p>
  </w:endnote>
  <w:endnote w:type="continuationSeparator" w:id="0">
    <w:p w14:paraId="732F6C5C" w14:textId="77777777" w:rsidR="00025547" w:rsidRDefault="00025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4ABE" w14:textId="77777777" w:rsidR="006D1B9E" w:rsidRDefault="006D1B9E">
    <w:pPr>
      <w:pStyle w:val="Bunntekst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6D1B9E" w14:paraId="17737296" w14:textId="77777777">
      <w:trPr>
        <w:jc w:val="center"/>
      </w:trPr>
      <w:tc>
        <w:tcPr>
          <w:tcW w:w="4819" w:type="dxa"/>
        </w:tcPr>
        <w:p w14:paraId="13F31279" w14:textId="2EE8B152" w:rsidR="006D1B9E" w:rsidRPr="009073E0" w:rsidRDefault="00000000">
          <w:pPr>
            <w:spacing w:after="0"/>
            <w:rPr>
              <w:b/>
              <w:sz w:val="17"/>
            </w:rPr>
          </w:pPr>
          <w:r>
            <w:rPr>
              <w:b/>
              <w:sz w:val="17"/>
            </w:rPr>
            <w:t>[</w:t>
          </w:r>
          <w:proofErr w:type="spellStart"/>
          <w:r w:rsidR="009073E0">
            <w:rPr>
              <w:b/>
              <w:sz w:val="17"/>
            </w:rPr>
            <w:t>U</w:t>
          </w:r>
          <w:r>
            <w:rPr>
              <w:b/>
              <w:sz w:val="17"/>
            </w:rPr>
            <w:t>tdanningsprogram</w:t>
          </w:r>
          <w:proofErr w:type="spellEnd"/>
          <w:r>
            <w:rPr>
              <w:b/>
              <w:sz w:val="17"/>
            </w:rPr>
            <w:t>]</w:t>
          </w:r>
        </w:p>
      </w:tc>
      <w:tc>
        <w:tcPr>
          <w:tcW w:w="4819" w:type="dxa"/>
        </w:tcPr>
        <w:p w14:paraId="6F186F51" w14:textId="77777777" w:rsidR="006D1B9E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0EFCD3B0" wp14:editId="1451D16B">
                <wp:extent cx="900000" cy="266364"/>
                <wp:effectExtent l="0" t="0" r="0" b="0"/>
                <wp:docPr id="55397518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lar_logo_horizontal_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266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8354" w14:textId="77777777" w:rsidR="00025547" w:rsidRDefault="00025547">
      <w:pPr>
        <w:spacing w:after="0" w:line="240" w:lineRule="auto"/>
      </w:pPr>
      <w:r>
        <w:separator/>
      </w:r>
    </w:p>
  </w:footnote>
  <w:footnote w:type="continuationSeparator" w:id="0">
    <w:p w14:paraId="0A811373" w14:textId="77777777" w:rsidR="00025547" w:rsidRDefault="00025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6336704">
    <w:abstractNumId w:val="8"/>
  </w:num>
  <w:num w:numId="2" w16cid:durableId="80612017">
    <w:abstractNumId w:val="6"/>
  </w:num>
  <w:num w:numId="3" w16cid:durableId="1672753793">
    <w:abstractNumId w:val="5"/>
  </w:num>
  <w:num w:numId="4" w16cid:durableId="1967616926">
    <w:abstractNumId w:val="4"/>
  </w:num>
  <w:num w:numId="5" w16cid:durableId="1447504496">
    <w:abstractNumId w:val="7"/>
  </w:num>
  <w:num w:numId="6" w16cid:durableId="185562048">
    <w:abstractNumId w:val="3"/>
  </w:num>
  <w:num w:numId="7" w16cid:durableId="251790024">
    <w:abstractNumId w:val="2"/>
  </w:num>
  <w:num w:numId="8" w16cid:durableId="60445363">
    <w:abstractNumId w:val="1"/>
  </w:num>
  <w:num w:numId="9" w16cid:durableId="20310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547"/>
    <w:rsid w:val="00034616"/>
    <w:rsid w:val="0006063C"/>
    <w:rsid w:val="0015074B"/>
    <w:rsid w:val="0029639D"/>
    <w:rsid w:val="002B7F6C"/>
    <w:rsid w:val="00326F90"/>
    <w:rsid w:val="00634FD7"/>
    <w:rsid w:val="006D1B9E"/>
    <w:rsid w:val="009073E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06B84"/>
  <w14:defaultImageDpi w14:val="300"/>
  <w15:docId w15:val="{32D487F6-3BF0-438A-B18C-5620B438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386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KLAR - tom oppgavemal</dc:title>
  <dc:subject>Redigerbar oppgavemal</dc:subject>
  <dc:creator>KLAR</dc:creator>
  <cp:keywords>KLAR, oppgavemal, Word</cp:keywords>
  <dc:description>generated by python-docx</dc:description>
  <cp:lastModifiedBy>Ellen  Seljestokken</cp:lastModifiedBy>
  <cp:revision>3</cp:revision>
  <dcterms:created xsi:type="dcterms:W3CDTF">2013-12-23T23:15:00Z</dcterms:created>
  <dcterms:modified xsi:type="dcterms:W3CDTF">2026-09-10T11:03:00Z</dcterms:modified>
  <cp:category/>
</cp:coreProperties>
</file>